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</w:pPr>
      <w:r>
        <w:rPr>
          <w:b/>
        </w:rPr>
        <w:t>G2 Le verbe — Recherche — CM1-CM2</w:t>
      </w:r>
    </w:p>
    <w:p>
      <w:pPr>
        <w:spacing w:after="400"/>
      </w:pPr>
      <w:r>
        <w:t>Prénom : .............................................       Date : .............................................</w:t>
      </w:r>
    </w:p>
    <w:p>
      <w:pPr>
        <w:spacing w:after="480"/>
      </w:pPr>
      <w:r>
        <w:rPr>
          <w:b/>
        </w:rPr>
        <w:t>Entoure les verbes conjugués. Prépare une preuve pour deux de tes choix.</w:t>
      </w:r>
    </w:p>
    <w:p>
      <w:pPr>
        <w:spacing w:line="420" w:lineRule="auto" w:after="560"/>
      </w:pPr>
      <w:r>
        <w:t>Aliénor était une riche duchesse d’Aquitaine. Elle se marie à quinze ans avec Louis VII, roi de France, et devient reine. Grâce à ce mariage, le royaume s’agrandit. Mais Aliénor et Louis ne s’entendent pas bien. Après quinze ans de mariage, ils divorcent. Peu de temps après, Aliénor épouse Henri Plantagenêt, roi d’Angleterre. Elle donnera naissance à huit enfants, dont Richard Cœur de lion. Toute sa vie, Aliénor a soutenu les poètes et les musiciens.</w:t>
      </w:r>
    </w:p>
    <w:p>
      <w:pPr>
        <w:spacing w:after="360"/>
      </w:pPr>
      <w:r>
        <w:t>Ma première preuve : ................................................................................</w:t>
      </w:r>
    </w:p>
    <w:p>
      <w:pPr>
        <w:spacing w:after="360"/>
      </w:pPr>
      <w:r>
        <w:t>.................................................................................................................</w:t>
      </w:r>
    </w:p>
    <w:p>
      <w:pPr>
        <w:spacing w:after="360"/>
      </w:pPr>
      <w:r>
        <w:t>Ma deuxième preuve : ...............................................................................</w:t>
      </w:r>
    </w:p>
    <w:p>
      <w:r>
        <w:t>.................................................................................................................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